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79D2" w:rsidRPr="00BC3DC9" w:rsidRDefault="00D03917">
      <w:pPr>
        <w:jc w:val="center"/>
        <w:rPr>
          <w:lang w:val="ru-RU"/>
        </w:rPr>
      </w:pPr>
      <w:r w:rsidRPr="00BC3DC9">
        <w:rPr>
          <w:b/>
          <w:sz w:val="36"/>
          <w:lang w:val="ru-RU"/>
        </w:rPr>
        <w:t>ПОЛОЖЕНИЕ</w:t>
      </w:r>
    </w:p>
    <w:p w:rsidR="00B379D2" w:rsidRPr="00BC3DC9" w:rsidRDefault="00D03917">
      <w:pPr>
        <w:jc w:val="center"/>
        <w:rPr>
          <w:lang w:val="ru-RU"/>
        </w:rPr>
      </w:pPr>
      <w:r w:rsidRPr="00BC3DC9">
        <w:rPr>
          <w:b/>
          <w:sz w:val="32"/>
          <w:lang w:val="ru-RU"/>
        </w:rPr>
        <w:t xml:space="preserve">о проведении соревнований по </w:t>
      </w:r>
      <w:proofErr w:type="spellStart"/>
      <w:r w:rsidRPr="00BC3DC9">
        <w:rPr>
          <w:b/>
          <w:sz w:val="32"/>
          <w:lang w:val="ru-RU"/>
        </w:rPr>
        <w:t>трейлраннингу</w:t>
      </w:r>
      <w:proofErr w:type="spellEnd"/>
      <w:r w:rsidRPr="00BC3DC9">
        <w:rPr>
          <w:b/>
          <w:sz w:val="32"/>
          <w:lang w:val="ru-RU"/>
        </w:rPr>
        <w:br/>
      </w:r>
      <w:r>
        <w:rPr>
          <w:b/>
          <w:sz w:val="32"/>
        </w:rPr>
        <w:t>WOOD</w:t>
      </w:r>
      <w:r w:rsidRPr="00BC3DC9">
        <w:rPr>
          <w:b/>
          <w:sz w:val="32"/>
          <w:lang w:val="ru-RU"/>
        </w:rPr>
        <w:t xml:space="preserve"> </w:t>
      </w:r>
      <w:r>
        <w:rPr>
          <w:b/>
          <w:sz w:val="32"/>
        </w:rPr>
        <w:t>trail</w:t>
      </w:r>
      <w:r w:rsidRPr="00BC3DC9">
        <w:rPr>
          <w:b/>
          <w:sz w:val="32"/>
          <w:lang w:val="ru-RU"/>
        </w:rPr>
        <w:t xml:space="preserve"> 2027</w:t>
      </w:r>
    </w:p>
    <w:p w:rsidR="00B379D2" w:rsidRPr="00BC3DC9" w:rsidRDefault="00D03917">
      <w:pPr>
        <w:jc w:val="center"/>
        <w:rPr>
          <w:lang w:val="ru-RU"/>
        </w:rPr>
      </w:pPr>
      <w:r w:rsidRPr="00BC3DC9">
        <w:rPr>
          <w:b/>
          <w:color w:val="BE5A14"/>
          <w:lang w:val="ru-RU"/>
        </w:rPr>
        <w:t>ПРОЕКТ ДЛЯ СОГЛАСОВАНИЯ</w:t>
      </w:r>
    </w:p>
    <w:p w:rsidR="00B379D2" w:rsidRPr="00BC3DC9" w:rsidRDefault="00D03917">
      <w:pPr>
        <w:pStyle w:val="1"/>
        <w:rPr>
          <w:lang w:val="ru-RU"/>
        </w:rPr>
      </w:pPr>
      <w:r w:rsidRPr="00BC3DC9">
        <w:rPr>
          <w:lang w:val="ru-RU"/>
        </w:rPr>
        <w:t>1. Общие положения</w:t>
      </w:r>
    </w:p>
    <w:p w:rsidR="00B379D2" w:rsidRPr="00BC3DC9" w:rsidRDefault="00D03917">
      <w:pPr>
        <w:rPr>
          <w:lang w:val="ru-RU"/>
        </w:rPr>
      </w:pPr>
      <w:r w:rsidRPr="00BC3DC9">
        <w:rPr>
          <w:lang w:val="ru-RU"/>
        </w:rPr>
        <w:t xml:space="preserve">1.1. Настоящее Положение определяет порядок организации и проведения соревнований по бегу по пересечённой местности </w:t>
      </w:r>
      <w:r>
        <w:t>WOOD</w:t>
      </w:r>
      <w:r w:rsidRPr="00BC3DC9">
        <w:rPr>
          <w:lang w:val="ru-RU"/>
        </w:rPr>
        <w:t xml:space="preserve"> </w:t>
      </w:r>
      <w:r>
        <w:t>trail</w:t>
      </w:r>
      <w:r w:rsidRPr="00BC3DC9">
        <w:rPr>
          <w:lang w:val="ru-RU"/>
        </w:rPr>
        <w:t xml:space="preserve"> 2027 (далее — </w:t>
      </w:r>
      <w:r w:rsidRPr="00BC3DC9">
        <w:rPr>
          <w:lang w:val="ru-RU"/>
        </w:rPr>
        <w:t>Соревнования).</w:t>
      </w:r>
    </w:p>
    <w:p w:rsidR="00B379D2" w:rsidRPr="00BC3DC9" w:rsidRDefault="00D03917">
      <w:pPr>
        <w:rPr>
          <w:lang w:val="ru-RU"/>
        </w:rPr>
      </w:pPr>
      <w:r w:rsidRPr="00BC3DC9">
        <w:rPr>
          <w:lang w:val="ru-RU"/>
        </w:rPr>
        <w:t xml:space="preserve">1.2. Соревнования проводятся в целях популяризации бега, </w:t>
      </w:r>
      <w:proofErr w:type="spellStart"/>
      <w:r w:rsidRPr="00BC3DC9">
        <w:rPr>
          <w:lang w:val="ru-RU"/>
        </w:rPr>
        <w:t>трейлраннинга</w:t>
      </w:r>
      <w:proofErr w:type="spellEnd"/>
      <w:r w:rsidRPr="00BC3DC9">
        <w:rPr>
          <w:lang w:val="ru-RU"/>
        </w:rPr>
        <w:t xml:space="preserve"> и здорового образа жизни, привлечения населения к регулярным занятиям физической культурой и спортом.</w:t>
      </w:r>
    </w:p>
    <w:p w:rsidR="00B379D2" w:rsidRPr="00BC3DC9" w:rsidRDefault="00D03917">
      <w:pPr>
        <w:rPr>
          <w:lang w:val="ru-RU"/>
        </w:rPr>
      </w:pPr>
      <w:r w:rsidRPr="00BC3DC9">
        <w:rPr>
          <w:lang w:val="ru-RU"/>
        </w:rPr>
        <w:t>1.3. Дата проведения Соревнований — 25 июля 2027 года.</w:t>
      </w:r>
    </w:p>
    <w:p w:rsidR="00B379D2" w:rsidRPr="00BC3DC9" w:rsidRDefault="00D03917">
      <w:pPr>
        <w:pStyle w:val="1"/>
        <w:rPr>
          <w:lang w:val="ru-RU"/>
        </w:rPr>
      </w:pPr>
      <w:r w:rsidRPr="00BC3DC9">
        <w:rPr>
          <w:lang w:val="ru-RU"/>
        </w:rPr>
        <w:t>2. Место пров</w:t>
      </w:r>
      <w:r w:rsidRPr="00BC3DC9">
        <w:rPr>
          <w:lang w:val="ru-RU"/>
        </w:rPr>
        <w:t>едения</w:t>
      </w:r>
    </w:p>
    <w:p w:rsidR="00B379D2" w:rsidRPr="00BC3DC9" w:rsidRDefault="00D03917">
      <w:pPr>
        <w:rPr>
          <w:lang w:val="ru-RU"/>
        </w:rPr>
      </w:pPr>
      <w:r w:rsidRPr="00BC3DC9">
        <w:rPr>
          <w:lang w:val="ru-RU"/>
        </w:rPr>
        <w:t>2.1. Место проведения: природная территория «Долина ручьёв», г. Ханты-Мансийск</w:t>
      </w:r>
      <w:r w:rsidR="00BC3DC9">
        <w:rPr>
          <w:lang w:val="ru-RU"/>
        </w:rPr>
        <w:t xml:space="preserve"> Калинина 1</w:t>
      </w:r>
      <w:r w:rsidRPr="00BC3DC9">
        <w:rPr>
          <w:lang w:val="ru-RU"/>
        </w:rPr>
        <w:t>.</w:t>
      </w:r>
    </w:p>
    <w:p w:rsidR="00B379D2" w:rsidRPr="00BC3DC9" w:rsidRDefault="00D03917">
      <w:pPr>
        <w:rPr>
          <w:lang w:val="ru-RU"/>
        </w:rPr>
      </w:pPr>
      <w:r w:rsidRPr="00BC3DC9">
        <w:rPr>
          <w:lang w:val="ru-RU"/>
        </w:rPr>
        <w:t>2.2. Точная схема трасс, расположение стартового городка и порядок доступа к месту проведения будут опубликованы организаторами дополнительно.</w:t>
      </w:r>
    </w:p>
    <w:p w:rsidR="00B379D2" w:rsidRPr="00BC3DC9" w:rsidRDefault="00D03917">
      <w:pPr>
        <w:rPr>
          <w:lang w:val="ru-RU"/>
        </w:rPr>
      </w:pPr>
      <w:r w:rsidRPr="00BC3DC9">
        <w:rPr>
          <w:lang w:val="ru-RU"/>
        </w:rPr>
        <w:t>2.3. При неблагоприятных п</w:t>
      </w:r>
      <w:r w:rsidRPr="00BC3DC9">
        <w:rPr>
          <w:lang w:val="ru-RU"/>
        </w:rPr>
        <w:t>огодных условиях и иных обстоятельствах, угрожающих безопасности участников, организаторы вправе корректировать программу, время старта и конфигурацию трасс, а при необходимости — отменить Соревнования. Порядок информирования участников и последствия отмен</w:t>
      </w:r>
      <w:r w:rsidRPr="00BC3DC9">
        <w:rPr>
          <w:lang w:val="ru-RU"/>
        </w:rPr>
        <w:t>ы будут определены организаторами дополнительно.</w:t>
      </w:r>
    </w:p>
    <w:p w:rsidR="00B379D2" w:rsidRPr="00BC3DC9" w:rsidRDefault="00D03917">
      <w:pPr>
        <w:pStyle w:val="1"/>
        <w:rPr>
          <w:lang w:val="ru-RU"/>
        </w:rPr>
      </w:pPr>
      <w:r w:rsidRPr="00BC3DC9">
        <w:rPr>
          <w:lang w:val="ru-RU"/>
        </w:rPr>
        <w:t>3. Организаторы</w:t>
      </w:r>
    </w:p>
    <w:p w:rsidR="00B379D2" w:rsidRPr="00BC3DC9" w:rsidRDefault="00D03917">
      <w:pPr>
        <w:rPr>
          <w:lang w:val="ru-RU"/>
        </w:rPr>
      </w:pPr>
      <w:r w:rsidRPr="00BC3DC9">
        <w:rPr>
          <w:lang w:val="ru-RU"/>
        </w:rPr>
        <w:t>3.1. Организатор: Сообщество любителей спорта Югры.</w:t>
      </w:r>
    </w:p>
    <w:p w:rsidR="00B379D2" w:rsidRPr="00BC3DC9" w:rsidRDefault="00D03917">
      <w:pPr>
        <w:rPr>
          <w:lang w:val="ru-RU"/>
        </w:rPr>
      </w:pPr>
      <w:r w:rsidRPr="00BC3DC9">
        <w:rPr>
          <w:lang w:val="ru-RU"/>
        </w:rPr>
        <w:t>3.2. Главный судья: Строителев Федор Юрьевич.</w:t>
      </w:r>
    </w:p>
    <w:p w:rsidR="00B379D2" w:rsidRPr="00BC3DC9" w:rsidRDefault="00D03917">
      <w:pPr>
        <w:rPr>
          <w:lang w:val="ru-RU"/>
        </w:rPr>
      </w:pPr>
      <w:r w:rsidRPr="00BC3DC9">
        <w:rPr>
          <w:lang w:val="ru-RU"/>
        </w:rPr>
        <w:t>3.3. Контакт для связи с организаторами: 8 982 157-54-59; 89821575459@</w:t>
      </w:r>
      <w:proofErr w:type="spellStart"/>
      <w:r>
        <w:t>ya</w:t>
      </w:r>
      <w:proofErr w:type="spellEnd"/>
      <w:r w:rsidRPr="00BC3DC9">
        <w:rPr>
          <w:lang w:val="ru-RU"/>
        </w:rPr>
        <w:t>.</w:t>
      </w:r>
      <w:proofErr w:type="spellStart"/>
      <w:r>
        <w:t>ru</w:t>
      </w:r>
      <w:proofErr w:type="spellEnd"/>
      <w:r w:rsidRPr="00BC3DC9">
        <w:rPr>
          <w:lang w:val="ru-RU"/>
        </w:rPr>
        <w:t>.</w:t>
      </w:r>
    </w:p>
    <w:p w:rsidR="00B379D2" w:rsidRPr="00BC3DC9" w:rsidRDefault="00D03917">
      <w:pPr>
        <w:pStyle w:val="1"/>
        <w:rPr>
          <w:lang w:val="ru-RU"/>
        </w:rPr>
      </w:pPr>
      <w:r w:rsidRPr="00BC3DC9">
        <w:rPr>
          <w:lang w:val="ru-RU"/>
        </w:rPr>
        <w:t>4. Формат и дист</w:t>
      </w:r>
      <w:r w:rsidRPr="00BC3DC9">
        <w:rPr>
          <w:lang w:val="ru-RU"/>
        </w:rPr>
        <w:t>анции</w:t>
      </w:r>
    </w:p>
    <w:p w:rsidR="00B379D2" w:rsidRPr="00BC3DC9" w:rsidRDefault="00D03917">
      <w:pPr>
        <w:rPr>
          <w:lang w:val="ru-RU"/>
        </w:rPr>
      </w:pPr>
      <w:r w:rsidRPr="00BC3DC9">
        <w:rPr>
          <w:lang w:val="ru-RU"/>
        </w:rPr>
        <w:t>4.1. Соревнования проводятся в дисциплине «бег по пересечённой местности (</w:t>
      </w:r>
      <w:proofErr w:type="spellStart"/>
      <w:r w:rsidRPr="00BC3DC9">
        <w:rPr>
          <w:lang w:val="ru-RU"/>
        </w:rPr>
        <w:t>трейлраннинг</w:t>
      </w:r>
      <w:proofErr w:type="spellEnd"/>
      <w:r w:rsidRPr="00BC3DC9">
        <w:rPr>
          <w:lang w:val="ru-RU"/>
        </w:rPr>
        <w:t>)».</w:t>
      </w:r>
    </w:p>
    <w:p w:rsidR="00B379D2" w:rsidRDefault="00D03917">
      <w:r>
        <w:t>4.2. Программа включает следующие дистанции:</w:t>
      </w:r>
    </w:p>
    <w:p w:rsidR="00B379D2" w:rsidRPr="00BC3DC9" w:rsidRDefault="00D03917">
      <w:pPr>
        <w:pStyle w:val="a0"/>
        <w:rPr>
          <w:lang w:val="ru-RU"/>
        </w:rPr>
      </w:pPr>
      <w:r w:rsidRPr="00BC3DC9">
        <w:rPr>
          <w:lang w:val="ru-RU"/>
        </w:rPr>
        <w:t>700 м — детский забег для участников 0–6 лет; без награждения.</w:t>
      </w:r>
    </w:p>
    <w:p w:rsidR="00B379D2" w:rsidRPr="00BC3DC9" w:rsidRDefault="00D03917">
      <w:pPr>
        <w:pStyle w:val="a0"/>
        <w:rPr>
          <w:lang w:val="ru-RU"/>
        </w:rPr>
      </w:pPr>
      <w:r w:rsidRPr="00BC3DC9">
        <w:rPr>
          <w:lang w:val="ru-RU"/>
        </w:rPr>
        <w:t xml:space="preserve">1 500 м — участники 7–12 лет; наградные группы 7–8, </w:t>
      </w:r>
      <w:r w:rsidRPr="00BC3DC9">
        <w:rPr>
          <w:lang w:val="ru-RU"/>
        </w:rPr>
        <w:t>9–10 и 11–12 лет.</w:t>
      </w:r>
    </w:p>
    <w:p w:rsidR="00B379D2" w:rsidRDefault="00D03917">
      <w:pPr>
        <w:pStyle w:val="a0"/>
      </w:pPr>
      <w:r w:rsidRPr="00BC3DC9">
        <w:rPr>
          <w:lang w:val="ru-RU"/>
        </w:rPr>
        <w:t xml:space="preserve">3 км — участники от 13 лет; наградные группы 13–14, 15–16 и 17–18 лет. </w:t>
      </w:r>
      <w:r w:rsidR="00BC3DC9">
        <w:rPr>
          <w:lang w:val="ru-RU"/>
        </w:rPr>
        <w:t>Взрослые</w:t>
      </w:r>
      <w:r>
        <w:t xml:space="preserve"> </w:t>
      </w:r>
      <w:r w:rsidR="00BC3DC9">
        <w:rPr>
          <w:lang w:val="ru-RU"/>
        </w:rPr>
        <w:t>участники</w:t>
      </w:r>
      <w:r>
        <w:t xml:space="preserve"> </w:t>
      </w:r>
      <w:r w:rsidR="00BC3DC9">
        <w:rPr>
          <w:lang w:val="ru-RU"/>
        </w:rPr>
        <w:t>допускаются</w:t>
      </w:r>
      <w:r>
        <w:t xml:space="preserve"> </w:t>
      </w:r>
      <w:r w:rsidR="00BC3DC9">
        <w:rPr>
          <w:lang w:val="ru-RU"/>
        </w:rPr>
        <w:t>без</w:t>
      </w:r>
      <w:r>
        <w:t xml:space="preserve"> отдельной возрастной наградной группы.</w:t>
      </w:r>
    </w:p>
    <w:p w:rsidR="00B379D2" w:rsidRPr="00BC3DC9" w:rsidRDefault="00D03917">
      <w:pPr>
        <w:pStyle w:val="a0"/>
        <w:rPr>
          <w:lang w:val="ru-RU"/>
        </w:rPr>
      </w:pPr>
      <w:r w:rsidRPr="00BC3DC9">
        <w:rPr>
          <w:lang w:val="ru-RU"/>
        </w:rPr>
        <w:t>10 км — участники от 18 лет; наградные группы 18–29, 30–39, 40–49, 50–59 и 60 лет и старше.</w:t>
      </w:r>
    </w:p>
    <w:p w:rsidR="00B379D2" w:rsidRPr="00BC3DC9" w:rsidRDefault="00D03917">
      <w:pPr>
        <w:pStyle w:val="a0"/>
        <w:rPr>
          <w:lang w:val="ru-RU"/>
        </w:rPr>
      </w:pPr>
      <w:r w:rsidRPr="00BC3DC9">
        <w:rPr>
          <w:lang w:val="ru-RU"/>
        </w:rPr>
        <w:t>3</w:t>
      </w:r>
      <w:r w:rsidRPr="00BC3DC9">
        <w:rPr>
          <w:lang w:val="ru-RU"/>
        </w:rPr>
        <w:t>0 км — участники от 18 лет; абсолютный зачёт и возрастные группы.</w:t>
      </w:r>
    </w:p>
    <w:p w:rsidR="00B379D2" w:rsidRPr="00BC3DC9" w:rsidRDefault="00D03917">
      <w:pPr>
        <w:pStyle w:val="a0"/>
        <w:rPr>
          <w:lang w:val="ru-RU"/>
        </w:rPr>
      </w:pPr>
      <w:r w:rsidRPr="00BC3DC9">
        <w:rPr>
          <w:lang w:val="ru-RU"/>
        </w:rPr>
        <w:t>Эстафета 3×10 км — команда из трёх участников</w:t>
      </w:r>
      <w:r w:rsidRPr="00BC3DC9">
        <w:rPr>
          <w:lang w:val="ru-RU"/>
        </w:rPr>
        <w:t>; каждый участник должен быть не младше 18 лет.</w:t>
      </w:r>
    </w:p>
    <w:p w:rsidR="00B379D2" w:rsidRPr="00BC3DC9" w:rsidRDefault="00D03917">
      <w:pPr>
        <w:rPr>
          <w:lang w:val="ru-RU"/>
        </w:rPr>
      </w:pPr>
      <w:r w:rsidRPr="00BC3DC9">
        <w:rPr>
          <w:lang w:val="ru-RU"/>
        </w:rPr>
        <w:t>4.3. Возраст участника определяется на день проведения Соревнований.</w:t>
      </w:r>
    </w:p>
    <w:p w:rsidR="00B379D2" w:rsidRPr="00BC3DC9" w:rsidRDefault="00D03917">
      <w:pPr>
        <w:rPr>
          <w:lang w:val="ru-RU"/>
        </w:rPr>
      </w:pPr>
      <w:r w:rsidRPr="00BC3DC9">
        <w:rPr>
          <w:lang w:val="ru-RU"/>
        </w:rPr>
        <w:t>4.4. Участник обязан предост</w:t>
      </w:r>
      <w:r w:rsidRPr="00BC3DC9">
        <w:rPr>
          <w:lang w:val="ru-RU"/>
        </w:rPr>
        <w:t>авить документ, подтверждающий возраст, по требованию организаторов.</w:t>
      </w:r>
    </w:p>
    <w:p w:rsidR="00B379D2" w:rsidRPr="00BC3DC9" w:rsidRDefault="00D03917">
      <w:pPr>
        <w:pStyle w:val="1"/>
        <w:rPr>
          <w:lang w:val="ru-RU"/>
        </w:rPr>
      </w:pPr>
      <w:r w:rsidRPr="00BC3DC9">
        <w:rPr>
          <w:lang w:val="ru-RU"/>
        </w:rPr>
        <w:lastRenderedPageBreak/>
        <w:t>5. Допуск и медицинские документы</w:t>
      </w:r>
    </w:p>
    <w:p w:rsidR="00B379D2" w:rsidRPr="00BC3DC9" w:rsidRDefault="00D03917">
      <w:pPr>
        <w:rPr>
          <w:lang w:val="ru-RU"/>
        </w:rPr>
      </w:pPr>
      <w:r w:rsidRPr="00BC3DC9">
        <w:rPr>
          <w:lang w:val="ru-RU"/>
        </w:rPr>
        <w:t>5.1. Для участия в Соревнованиях участник должен пройти регистрацию, оплатить стартовый взнос и выполнить требования настоящего Положения.</w:t>
      </w:r>
    </w:p>
    <w:p w:rsidR="00B379D2" w:rsidRPr="00BC3DC9" w:rsidRDefault="00D03917">
      <w:pPr>
        <w:rPr>
          <w:lang w:val="ru-RU"/>
        </w:rPr>
      </w:pPr>
      <w:r w:rsidRPr="00BC3DC9">
        <w:rPr>
          <w:lang w:val="ru-RU"/>
        </w:rPr>
        <w:t>5.2. Участники</w:t>
      </w:r>
      <w:r w:rsidRPr="00BC3DC9">
        <w:rPr>
          <w:lang w:val="ru-RU"/>
        </w:rPr>
        <w:t xml:space="preserve"> с 7 лет обязаны предоставить медицинскую справку о допуске к физкультурному/спортивному мероприятию. Справка должна быть выдана не ранее чем за 12 месяцев до даты Соревнований и содержать сведения о допуске участника.</w:t>
      </w:r>
    </w:p>
    <w:p w:rsidR="00B379D2" w:rsidRPr="00BC3DC9" w:rsidRDefault="00D03917">
      <w:pPr>
        <w:rPr>
          <w:lang w:val="ru-RU"/>
        </w:rPr>
      </w:pPr>
      <w:r w:rsidRPr="00BC3DC9">
        <w:rPr>
          <w:lang w:val="ru-RU"/>
        </w:rPr>
        <w:t>5.3. Для участников младше 18 лет тре</w:t>
      </w:r>
      <w:r w:rsidRPr="00BC3DC9">
        <w:rPr>
          <w:lang w:val="ru-RU"/>
        </w:rPr>
        <w:t>буется согласие родителя или законного представителя.</w:t>
      </w:r>
    </w:p>
    <w:p w:rsidR="00B379D2" w:rsidRPr="00BC3DC9" w:rsidRDefault="00D03917">
      <w:pPr>
        <w:rPr>
          <w:lang w:val="ru-RU"/>
        </w:rPr>
      </w:pPr>
      <w:r w:rsidRPr="00BC3DC9">
        <w:rPr>
          <w:lang w:val="ru-RU"/>
        </w:rPr>
        <w:t>5.4. Для детей младше 7 лет медицинская справка не требуется; необходимо согласие родителя или законного представителя.</w:t>
      </w:r>
    </w:p>
    <w:p w:rsidR="00B379D2" w:rsidRPr="00BC3DC9" w:rsidRDefault="00D03917">
      <w:pPr>
        <w:rPr>
          <w:lang w:val="ru-RU"/>
        </w:rPr>
      </w:pPr>
      <w:r w:rsidRPr="00BC3DC9">
        <w:rPr>
          <w:lang w:val="ru-RU"/>
        </w:rPr>
        <w:t>5.5. При отсутствии обязательных документов организатор вправе отказать в выдаче с</w:t>
      </w:r>
      <w:r w:rsidRPr="00BC3DC9">
        <w:rPr>
          <w:lang w:val="ru-RU"/>
        </w:rPr>
        <w:t>тартового пакета и допуске к старту.</w:t>
      </w:r>
    </w:p>
    <w:p w:rsidR="00B379D2" w:rsidRPr="00BC3DC9" w:rsidRDefault="00D03917">
      <w:pPr>
        <w:pStyle w:val="1"/>
        <w:rPr>
          <w:lang w:val="ru-RU"/>
        </w:rPr>
      </w:pPr>
      <w:r w:rsidRPr="00BC3DC9">
        <w:rPr>
          <w:lang w:val="ru-RU"/>
        </w:rPr>
        <w:t>6. Условия проведения</w:t>
      </w:r>
    </w:p>
    <w:p w:rsidR="00B379D2" w:rsidRPr="00BC3DC9" w:rsidRDefault="00D03917">
      <w:pPr>
        <w:rPr>
          <w:lang w:val="ru-RU"/>
        </w:rPr>
      </w:pPr>
      <w:r w:rsidRPr="00BC3DC9">
        <w:rPr>
          <w:lang w:val="ru-RU"/>
        </w:rPr>
        <w:t xml:space="preserve">6.1. Участники обязаны следовать размеченной трассе и указаниям судей и волонтёров. Нарушения маршрута могут повлечь </w:t>
      </w:r>
      <w:r w:rsidRPr="00BC3DC9">
        <w:rPr>
          <w:lang w:val="ru-RU"/>
        </w:rPr>
        <w:t>снятие</w:t>
      </w:r>
      <w:r w:rsidRPr="00BC3DC9">
        <w:rPr>
          <w:lang w:val="ru-RU"/>
        </w:rPr>
        <w:t xml:space="preserve"> участника с </w:t>
      </w:r>
      <w:r w:rsidR="00BC3DC9">
        <w:rPr>
          <w:lang w:val="ru-RU"/>
        </w:rPr>
        <w:t>дистанции</w:t>
      </w:r>
      <w:r w:rsidRPr="00BC3DC9">
        <w:rPr>
          <w:lang w:val="ru-RU"/>
        </w:rPr>
        <w:t>.</w:t>
      </w:r>
    </w:p>
    <w:p w:rsidR="00B379D2" w:rsidRPr="00BC3DC9" w:rsidRDefault="00D03917">
      <w:pPr>
        <w:rPr>
          <w:lang w:val="ru-RU"/>
        </w:rPr>
      </w:pPr>
      <w:r w:rsidRPr="00BC3DC9">
        <w:rPr>
          <w:lang w:val="ru-RU"/>
        </w:rPr>
        <w:t>6.2. Стартовый номер должен быть закреплён сперед</w:t>
      </w:r>
      <w:r w:rsidRPr="00BC3DC9">
        <w:rPr>
          <w:lang w:val="ru-RU"/>
        </w:rPr>
        <w:t>и и оставаться видимым на протяжении всей дистанции.</w:t>
      </w:r>
    </w:p>
    <w:p w:rsidR="00B379D2" w:rsidRPr="00BC3DC9" w:rsidRDefault="00D03917">
      <w:pPr>
        <w:rPr>
          <w:lang w:val="ru-RU"/>
        </w:rPr>
      </w:pPr>
      <w:r w:rsidRPr="00BC3DC9">
        <w:rPr>
          <w:lang w:val="ru-RU"/>
        </w:rPr>
        <w:t>6.3. При использовании электронного хронометража участник обязан правильно закрепить и не терять чип/номер хронометража.</w:t>
      </w:r>
    </w:p>
    <w:p w:rsidR="00B379D2" w:rsidRPr="00BC3DC9" w:rsidRDefault="00D03917">
      <w:pPr>
        <w:rPr>
          <w:lang w:val="ru-RU"/>
        </w:rPr>
      </w:pPr>
      <w:r w:rsidRPr="00BC3DC9">
        <w:rPr>
          <w:lang w:val="ru-RU"/>
        </w:rPr>
        <w:t>6.4. В случае схода участник обязан сообщить об этом судьям или представителям орг</w:t>
      </w:r>
      <w:r w:rsidRPr="00BC3DC9">
        <w:rPr>
          <w:lang w:val="ru-RU"/>
        </w:rPr>
        <w:t>анизаторов.</w:t>
      </w:r>
    </w:p>
    <w:p w:rsidR="00B379D2" w:rsidRPr="00BC3DC9" w:rsidRDefault="00D03917">
      <w:pPr>
        <w:rPr>
          <w:lang w:val="ru-RU"/>
        </w:rPr>
      </w:pPr>
      <w:r w:rsidRPr="00BC3DC9">
        <w:rPr>
          <w:lang w:val="ru-RU"/>
        </w:rPr>
        <w:t>6.5. На трассе предусмотрены два пункта питания — на отметках 5 км и 10 км (транзит). Точное расположение пунктов и их организация будут подтверждены после окончательной проверки трассы.</w:t>
      </w:r>
    </w:p>
    <w:p w:rsidR="00B379D2" w:rsidRPr="00BC3DC9" w:rsidRDefault="00D03917">
      <w:pPr>
        <w:rPr>
          <w:lang w:val="ru-RU"/>
        </w:rPr>
      </w:pPr>
      <w:r w:rsidRPr="00BC3DC9">
        <w:rPr>
          <w:lang w:val="ru-RU"/>
        </w:rPr>
        <w:t>6.6. Участники обязаны соблюдать чистоту на трассе и не в</w:t>
      </w:r>
      <w:r w:rsidRPr="00BC3DC9">
        <w:rPr>
          <w:lang w:val="ru-RU"/>
        </w:rPr>
        <w:t>ыбрасывать упаковки и другой мусор вне специально обозначенных мест.</w:t>
      </w:r>
    </w:p>
    <w:p w:rsidR="00B379D2" w:rsidRPr="00BC3DC9" w:rsidRDefault="00D03917">
      <w:pPr>
        <w:pStyle w:val="1"/>
        <w:rPr>
          <w:lang w:val="ru-RU"/>
        </w:rPr>
      </w:pPr>
      <w:r w:rsidRPr="00BC3DC9">
        <w:rPr>
          <w:lang w:val="ru-RU"/>
        </w:rPr>
        <w:t>7. Регистрация, лимиты и стартовые взносы</w:t>
      </w:r>
    </w:p>
    <w:p w:rsidR="00B379D2" w:rsidRPr="00BC3DC9" w:rsidRDefault="00D03917">
      <w:pPr>
        <w:rPr>
          <w:lang w:val="ru-RU"/>
        </w:rPr>
      </w:pPr>
      <w:r w:rsidRPr="00BC3DC9">
        <w:rPr>
          <w:lang w:val="ru-RU"/>
        </w:rPr>
        <w:t>7.1. Регистрация осуществляется в электронном виде по ссылке, опубликованной организаторами. Участник считается зарегистрированным после заполнен</w:t>
      </w:r>
      <w:r w:rsidRPr="00BC3DC9">
        <w:rPr>
          <w:lang w:val="ru-RU"/>
        </w:rPr>
        <w:t>ия заявки и оплаты стартового взноса.</w:t>
      </w:r>
    </w:p>
    <w:p w:rsidR="00B379D2" w:rsidRPr="00BC3DC9" w:rsidRDefault="00D03917">
      <w:pPr>
        <w:rPr>
          <w:lang w:val="ru-RU"/>
        </w:rPr>
      </w:pPr>
      <w:r w:rsidRPr="00BC3DC9">
        <w:rPr>
          <w:lang w:val="ru-RU"/>
        </w:rPr>
        <w:t>7.2. Регистрация завершается 22 июля 2027 года в 23:59 по местному времени Ханты-Мансийска.</w:t>
      </w:r>
    </w:p>
    <w:p w:rsidR="00B379D2" w:rsidRPr="00BC3DC9" w:rsidRDefault="00D03917">
      <w:pPr>
        <w:rPr>
          <w:lang w:val="ru-RU"/>
        </w:rPr>
      </w:pPr>
      <w:r w:rsidRPr="00BC3DC9">
        <w:rPr>
          <w:lang w:val="ru-RU"/>
        </w:rPr>
        <w:t xml:space="preserve">7.3. Лимит — не более 200 участников на каждой индивидуальной дистанции. Для эстафеты установлен лимит </w:t>
      </w:r>
      <w:r w:rsidR="00BC3DC9">
        <w:rPr>
          <w:lang w:val="ru-RU"/>
        </w:rPr>
        <w:t>6</w:t>
      </w:r>
      <w:r w:rsidRPr="00BC3DC9">
        <w:rPr>
          <w:lang w:val="ru-RU"/>
        </w:rPr>
        <w:t>0</w:t>
      </w:r>
      <w:r w:rsidRPr="00BC3DC9">
        <w:rPr>
          <w:lang w:val="ru-RU"/>
        </w:rPr>
        <w:t xml:space="preserve"> участников суммарно</w:t>
      </w:r>
      <w:r w:rsidRPr="00BC3DC9">
        <w:rPr>
          <w:lang w:val="ru-RU"/>
        </w:rPr>
        <w:t xml:space="preserve">, что позволяет сформировать не более </w:t>
      </w:r>
      <w:r w:rsidR="00BC3DC9">
        <w:rPr>
          <w:lang w:val="ru-RU"/>
        </w:rPr>
        <w:t>10</w:t>
      </w:r>
      <w:r w:rsidRPr="00BC3DC9">
        <w:rPr>
          <w:lang w:val="ru-RU"/>
        </w:rPr>
        <w:t xml:space="preserve"> полных команд по три человека.</w:t>
      </w:r>
    </w:p>
    <w:p w:rsidR="00B379D2" w:rsidRPr="00BC3DC9" w:rsidRDefault="00D03917">
      <w:pPr>
        <w:rPr>
          <w:lang w:val="ru-RU"/>
        </w:rPr>
      </w:pPr>
      <w:r w:rsidRPr="00BC3DC9">
        <w:rPr>
          <w:lang w:val="ru-RU"/>
        </w:rPr>
        <w:t xml:space="preserve">7.4. </w:t>
      </w:r>
      <w:r w:rsidR="00BC3DC9">
        <w:rPr>
          <w:lang w:val="ru-RU"/>
        </w:rPr>
        <w:t>Порядок формирования цен на разных этапах.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972"/>
        <w:gridCol w:w="1972"/>
        <w:gridCol w:w="1972"/>
        <w:gridCol w:w="1972"/>
        <w:gridCol w:w="1972"/>
      </w:tblGrid>
      <w:tr w:rsidR="00B379D2">
        <w:trPr>
          <w:jc w:val="center"/>
        </w:trPr>
        <w:tc>
          <w:tcPr>
            <w:tcW w:w="1972" w:type="dxa"/>
            <w:shd w:val="clear" w:color="auto" w:fill="DCE8DF"/>
            <w:vAlign w:val="center"/>
          </w:tcPr>
          <w:p w:rsidR="00B379D2" w:rsidRPr="00BC3DC9" w:rsidRDefault="00D03917">
            <w:pPr>
              <w:spacing w:after="0"/>
            </w:pPr>
            <w:proofErr w:type="spellStart"/>
            <w:r w:rsidRPr="00BC3DC9">
              <w:rPr>
                <w:b/>
              </w:rPr>
              <w:t>Дистанция</w:t>
            </w:r>
            <w:proofErr w:type="spellEnd"/>
            <w:r w:rsidRPr="00BC3DC9">
              <w:rPr>
                <w:b/>
              </w:rPr>
              <w:t xml:space="preserve"> / </w:t>
            </w:r>
            <w:proofErr w:type="spellStart"/>
            <w:r w:rsidRPr="00BC3DC9">
              <w:rPr>
                <w:b/>
              </w:rPr>
              <w:t>категория</w:t>
            </w:r>
            <w:proofErr w:type="spellEnd"/>
          </w:p>
        </w:tc>
        <w:tc>
          <w:tcPr>
            <w:tcW w:w="1972" w:type="dxa"/>
            <w:shd w:val="clear" w:color="auto" w:fill="DCE8DF"/>
            <w:vAlign w:val="center"/>
          </w:tcPr>
          <w:p w:rsidR="00B379D2" w:rsidRPr="00BC3DC9" w:rsidRDefault="00D03917">
            <w:pPr>
              <w:spacing w:after="0"/>
            </w:pPr>
            <w:r w:rsidRPr="00BC3DC9">
              <w:rPr>
                <w:b/>
              </w:rPr>
              <w:t>До 01.01.2027</w:t>
            </w:r>
          </w:p>
        </w:tc>
        <w:tc>
          <w:tcPr>
            <w:tcW w:w="1972" w:type="dxa"/>
            <w:shd w:val="clear" w:color="auto" w:fill="DCE8DF"/>
            <w:vAlign w:val="center"/>
          </w:tcPr>
          <w:p w:rsidR="00B379D2" w:rsidRPr="00BC3DC9" w:rsidRDefault="00D03917">
            <w:pPr>
              <w:spacing w:after="0"/>
            </w:pPr>
            <w:r w:rsidRPr="00BC3DC9">
              <w:rPr>
                <w:b/>
              </w:rPr>
              <w:t>01.01–31.03.2027</w:t>
            </w:r>
          </w:p>
        </w:tc>
        <w:tc>
          <w:tcPr>
            <w:tcW w:w="1972" w:type="dxa"/>
            <w:shd w:val="clear" w:color="auto" w:fill="DCE8DF"/>
            <w:vAlign w:val="center"/>
          </w:tcPr>
          <w:p w:rsidR="00B379D2" w:rsidRPr="00BC3DC9" w:rsidRDefault="00D03917">
            <w:pPr>
              <w:spacing w:after="0"/>
            </w:pPr>
            <w:r w:rsidRPr="00BC3DC9">
              <w:rPr>
                <w:b/>
              </w:rPr>
              <w:t>01.04–30.06.2027</w:t>
            </w:r>
          </w:p>
        </w:tc>
        <w:tc>
          <w:tcPr>
            <w:tcW w:w="1972" w:type="dxa"/>
            <w:shd w:val="clear" w:color="auto" w:fill="DCE8DF"/>
            <w:vAlign w:val="center"/>
          </w:tcPr>
          <w:p w:rsidR="00B379D2" w:rsidRPr="00BC3DC9" w:rsidRDefault="00D03917">
            <w:pPr>
              <w:spacing w:after="0"/>
            </w:pPr>
            <w:r w:rsidRPr="00BC3DC9">
              <w:rPr>
                <w:b/>
              </w:rPr>
              <w:t>С 01.07.2027</w:t>
            </w:r>
          </w:p>
        </w:tc>
      </w:tr>
      <w:tr w:rsidR="00B379D2">
        <w:trPr>
          <w:jc w:val="center"/>
        </w:trPr>
        <w:tc>
          <w:tcPr>
            <w:tcW w:w="1972" w:type="dxa"/>
            <w:vAlign w:val="center"/>
          </w:tcPr>
          <w:p w:rsidR="00B379D2" w:rsidRPr="00BC3DC9" w:rsidRDefault="00D03917">
            <w:pPr>
              <w:spacing w:after="0"/>
            </w:pPr>
            <w:r w:rsidRPr="00BC3DC9">
              <w:t>700 м (0–6 лет)</w:t>
            </w:r>
          </w:p>
        </w:tc>
        <w:tc>
          <w:tcPr>
            <w:tcW w:w="1972" w:type="dxa"/>
            <w:vAlign w:val="center"/>
          </w:tcPr>
          <w:p w:rsidR="00B379D2" w:rsidRPr="00BC3DC9" w:rsidRDefault="00D03917">
            <w:pPr>
              <w:spacing w:after="0"/>
            </w:pPr>
            <w:r w:rsidRPr="00BC3DC9">
              <w:t>490 ₽</w:t>
            </w:r>
          </w:p>
        </w:tc>
        <w:tc>
          <w:tcPr>
            <w:tcW w:w="1972" w:type="dxa"/>
            <w:vAlign w:val="center"/>
          </w:tcPr>
          <w:p w:rsidR="00B379D2" w:rsidRPr="00BC3DC9" w:rsidRDefault="00D03917">
            <w:pPr>
              <w:spacing w:after="0"/>
            </w:pPr>
            <w:r w:rsidRPr="00BC3DC9">
              <w:t>590 ₽</w:t>
            </w:r>
          </w:p>
        </w:tc>
        <w:tc>
          <w:tcPr>
            <w:tcW w:w="1972" w:type="dxa"/>
            <w:vAlign w:val="center"/>
          </w:tcPr>
          <w:p w:rsidR="00B379D2" w:rsidRPr="00BC3DC9" w:rsidRDefault="00D03917">
            <w:pPr>
              <w:spacing w:after="0"/>
            </w:pPr>
            <w:r w:rsidRPr="00BC3DC9">
              <w:t>790 ₽</w:t>
            </w:r>
          </w:p>
        </w:tc>
        <w:tc>
          <w:tcPr>
            <w:tcW w:w="1972" w:type="dxa"/>
            <w:vAlign w:val="center"/>
          </w:tcPr>
          <w:p w:rsidR="00B379D2" w:rsidRPr="00BC3DC9" w:rsidRDefault="00D03917">
            <w:pPr>
              <w:spacing w:after="0"/>
            </w:pPr>
            <w:r w:rsidRPr="00BC3DC9">
              <w:t>990 ₽</w:t>
            </w:r>
          </w:p>
        </w:tc>
      </w:tr>
      <w:tr w:rsidR="00B379D2">
        <w:trPr>
          <w:jc w:val="center"/>
        </w:trPr>
        <w:tc>
          <w:tcPr>
            <w:tcW w:w="1972" w:type="dxa"/>
            <w:vAlign w:val="center"/>
          </w:tcPr>
          <w:p w:rsidR="00B379D2" w:rsidRPr="00BC3DC9" w:rsidRDefault="00D03917">
            <w:pPr>
              <w:spacing w:after="0"/>
            </w:pPr>
            <w:r w:rsidRPr="00BC3DC9">
              <w:t>1 500 м (7–12 лет)</w:t>
            </w:r>
          </w:p>
        </w:tc>
        <w:tc>
          <w:tcPr>
            <w:tcW w:w="1972" w:type="dxa"/>
            <w:vAlign w:val="center"/>
          </w:tcPr>
          <w:p w:rsidR="00B379D2" w:rsidRPr="00BC3DC9" w:rsidRDefault="00D03917">
            <w:pPr>
              <w:spacing w:after="0"/>
            </w:pPr>
            <w:r w:rsidRPr="00BC3DC9">
              <w:t>790 ₽</w:t>
            </w:r>
          </w:p>
        </w:tc>
        <w:tc>
          <w:tcPr>
            <w:tcW w:w="1972" w:type="dxa"/>
            <w:vAlign w:val="center"/>
          </w:tcPr>
          <w:p w:rsidR="00B379D2" w:rsidRPr="00BC3DC9" w:rsidRDefault="00D03917">
            <w:pPr>
              <w:spacing w:after="0"/>
            </w:pPr>
            <w:r w:rsidRPr="00BC3DC9">
              <w:t>990 ₽</w:t>
            </w:r>
          </w:p>
        </w:tc>
        <w:tc>
          <w:tcPr>
            <w:tcW w:w="1972" w:type="dxa"/>
            <w:vAlign w:val="center"/>
          </w:tcPr>
          <w:p w:rsidR="00B379D2" w:rsidRPr="00BC3DC9" w:rsidRDefault="00D03917">
            <w:pPr>
              <w:spacing w:after="0"/>
            </w:pPr>
            <w:r w:rsidRPr="00BC3DC9">
              <w:t>1 190 ₽</w:t>
            </w:r>
          </w:p>
        </w:tc>
        <w:tc>
          <w:tcPr>
            <w:tcW w:w="1972" w:type="dxa"/>
            <w:vAlign w:val="center"/>
          </w:tcPr>
          <w:p w:rsidR="00B379D2" w:rsidRPr="00BC3DC9" w:rsidRDefault="00D03917">
            <w:pPr>
              <w:spacing w:after="0"/>
            </w:pPr>
            <w:r w:rsidRPr="00BC3DC9">
              <w:t>1 490 ₽</w:t>
            </w:r>
          </w:p>
        </w:tc>
      </w:tr>
      <w:tr w:rsidR="00B379D2">
        <w:trPr>
          <w:jc w:val="center"/>
        </w:trPr>
        <w:tc>
          <w:tcPr>
            <w:tcW w:w="1972" w:type="dxa"/>
            <w:vAlign w:val="center"/>
          </w:tcPr>
          <w:p w:rsidR="00B379D2" w:rsidRPr="00BC3DC9" w:rsidRDefault="00D03917">
            <w:pPr>
              <w:spacing w:after="0"/>
            </w:pPr>
            <w:r w:rsidRPr="00BC3DC9">
              <w:t>3 км</w:t>
            </w:r>
          </w:p>
        </w:tc>
        <w:tc>
          <w:tcPr>
            <w:tcW w:w="1972" w:type="dxa"/>
            <w:vAlign w:val="center"/>
          </w:tcPr>
          <w:p w:rsidR="00B379D2" w:rsidRPr="00BC3DC9" w:rsidRDefault="00D03917">
            <w:pPr>
              <w:spacing w:after="0"/>
            </w:pPr>
            <w:r w:rsidRPr="00BC3DC9">
              <w:t>990 ₽</w:t>
            </w:r>
          </w:p>
        </w:tc>
        <w:tc>
          <w:tcPr>
            <w:tcW w:w="1972" w:type="dxa"/>
            <w:vAlign w:val="center"/>
          </w:tcPr>
          <w:p w:rsidR="00B379D2" w:rsidRPr="00BC3DC9" w:rsidRDefault="00D03917">
            <w:pPr>
              <w:spacing w:after="0"/>
            </w:pPr>
            <w:r w:rsidRPr="00BC3DC9">
              <w:t>1 190 ₽</w:t>
            </w:r>
          </w:p>
        </w:tc>
        <w:tc>
          <w:tcPr>
            <w:tcW w:w="1972" w:type="dxa"/>
            <w:vAlign w:val="center"/>
          </w:tcPr>
          <w:p w:rsidR="00B379D2" w:rsidRPr="00BC3DC9" w:rsidRDefault="00D03917">
            <w:pPr>
              <w:spacing w:after="0"/>
            </w:pPr>
            <w:r w:rsidRPr="00BC3DC9">
              <w:t>1 490 ₽</w:t>
            </w:r>
          </w:p>
        </w:tc>
        <w:tc>
          <w:tcPr>
            <w:tcW w:w="1972" w:type="dxa"/>
            <w:vAlign w:val="center"/>
          </w:tcPr>
          <w:p w:rsidR="00B379D2" w:rsidRPr="00BC3DC9" w:rsidRDefault="00D03917">
            <w:pPr>
              <w:spacing w:after="0"/>
            </w:pPr>
            <w:r w:rsidRPr="00BC3DC9">
              <w:t>1 790 ₽</w:t>
            </w:r>
          </w:p>
        </w:tc>
      </w:tr>
      <w:tr w:rsidR="00B379D2">
        <w:trPr>
          <w:jc w:val="center"/>
        </w:trPr>
        <w:tc>
          <w:tcPr>
            <w:tcW w:w="1972" w:type="dxa"/>
            <w:vAlign w:val="center"/>
          </w:tcPr>
          <w:p w:rsidR="00B379D2" w:rsidRPr="00BC3DC9" w:rsidRDefault="00D03917">
            <w:pPr>
              <w:spacing w:after="0"/>
            </w:pPr>
            <w:r w:rsidRPr="00BC3DC9">
              <w:t>10 км</w:t>
            </w:r>
          </w:p>
        </w:tc>
        <w:tc>
          <w:tcPr>
            <w:tcW w:w="1972" w:type="dxa"/>
            <w:vAlign w:val="center"/>
          </w:tcPr>
          <w:p w:rsidR="00B379D2" w:rsidRPr="00BC3DC9" w:rsidRDefault="00D03917">
            <w:pPr>
              <w:spacing w:after="0"/>
            </w:pPr>
            <w:r w:rsidRPr="00BC3DC9">
              <w:t>1 490 ₽</w:t>
            </w:r>
          </w:p>
        </w:tc>
        <w:tc>
          <w:tcPr>
            <w:tcW w:w="1972" w:type="dxa"/>
            <w:vAlign w:val="center"/>
          </w:tcPr>
          <w:p w:rsidR="00B379D2" w:rsidRPr="00BC3DC9" w:rsidRDefault="00D03917">
            <w:pPr>
              <w:spacing w:after="0"/>
            </w:pPr>
            <w:r w:rsidRPr="00BC3DC9">
              <w:t>1 790 ₽</w:t>
            </w:r>
          </w:p>
        </w:tc>
        <w:tc>
          <w:tcPr>
            <w:tcW w:w="1972" w:type="dxa"/>
            <w:vAlign w:val="center"/>
          </w:tcPr>
          <w:p w:rsidR="00B379D2" w:rsidRPr="00BC3DC9" w:rsidRDefault="00D03917">
            <w:pPr>
              <w:spacing w:after="0"/>
            </w:pPr>
            <w:r w:rsidRPr="00BC3DC9">
              <w:t>2 190 ₽</w:t>
            </w:r>
          </w:p>
        </w:tc>
        <w:tc>
          <w:tcPr>
            <w:tcW w:w="1972" w:type="dxa"/>
            <w:vAlign w:val="center"/>
          </w:tcPr>
          <w:p w:rsidR="00B379D2" w:rsidRPr="00BC3DC9" w:rsidRDefault="00D03917">
            <w:pPr>
              <w:spacing w:after="0"/>
            </w:pPr>
            <w:r w:rsidRPr="00BC3DC9">
              <w:t>2 690 ₽</w:t>
            </w:r>
          </w:p>
        </w:tc>
      </w:tr>
      <w:tr w:rsidR="00B379D2">
        <w:trPr>
          <w:jc w:val="center"/>
        </w:trPr>
        <w:tc>
          <w:tcPr>
            <w:tcW w:w="1972" w:type="dxa"/>
            <w:vAlign w:val="center"/>
          </w:tcPr>
          <w:p w:rsidR="00B379D2" w:rsidRPr="00BC3DC9" w:rsidRDefault="00D03917">
            <w:pPr>
              <w:spacing w:after="0"/>
            </w:pPr>
            <w:r w:rsidRPr="00BC3DC9">
              <w:t>30 км</w:t>
            </w:r>
          </w:p>
        </w:tc>
        <w:tc>
          <w:tcPr>
            <w:tcW w:w="1972" w:type="dxa"/>
            <w:vAlign w:val="center"/>
          </w:tcPr>
          <w:p w:rsidR="00B379D2" w:rsidRPr="00BC3DC9" w:rsidRDefault="00D03917">
            <w:pPr>
              <w:spacing w:after="0"/>
            </w:pPr>
            <w:r w:rsidRPr="00BC3DC9">
              <w:t>2 490 ₽</w:t>
            </w:r>
          </w:p>
        </w:tc>
        <w:tc>
          <w:tcPr>
            <w:tcW w:w="1972" w:type="dxa"/>
            <w:vAlign w:val="center"/>
          </w:tcPr>
          <w:p w:rsidR="00B379D2" w:rsidRPr="00BC3DC9" w:rsidRDefault="00D03917">
            <w:pPr>
              <w:spacing w:after="0"/>
            </w:pPr>
            <w:r w:rsidRPr="00BC3DC9">
              <w:t>2 990 ₽</w:t>
            </w:r>
          </w:p>
        </w:tc>
        <w:tc>
          <w:tcPr>
            <w:tcW w:w="1972" w:type="dxa"/>
            <w:vAlign w:val="center"/>
          </w:tcPr>
          <w:p w:rsidR="00B379D2" w:rsidRPr="00BC3DC9" w:rsidRDefault="00D03917">
            <w:pPr>
              <w:spacing w:after="0"/>
            </w:pPr>
            <w:r w:rsidRPr="00BC3DC9">
              <w:t>3 590 ₽</w:t>
            </w:r>
          </w:p>
        </w:tc>
        <w:tc>
          <w:tcPr>
            <w:tcW w:w="1972" w:type="dxa"/>
            <w:vAlign w:val="center"/>
          </w:tcPr>
          <w:p w:rsidR="00B379D2" w:rsidRPr="00BC3DC9" w:rsidRDefault="00D03917">
            <w:pPr>
              <w:spacing w:after="0"/>
            </w:pPr>
            <w:r w:rsidRPr="00BC3DC9">
              <w:t>4 390 ₽</w:t>
            </w:r>
          </w:p>
        </w:tc>
      </w:tr>
      <w:tr w:rsidR="00B379D2">
        <w:trPr>
          <w:jc w:val="center"/>
        </w:trPr>
        <w:tc>
          <w:tcPr>
            <w:tcW w:w="1972" w:type="dxa"/>
            <w:vAlign w:val="center"/>
          </w:tcPr>
          <w:p w:rsidR="00B379D2" w:rsidRPr="00BC3DC9" w:rsidRDefault="00D03917">
            <w:pPr>
              <w:spacing w:after="0"/>
            </w:pPr>
            <w:r w:rsidRPr="00BC3DC9">
              <w:t>Эстафета 3×10 км</w:t>
            </w:r>
          </w:p>
        </w:tc>
        <w:tc>
          <w:tcPr>
            <w:tcW w:w="1972" w:type="dxa"/>
            <w:vAlign w:val="center"/>
          </w:tcPr>
          <w:p w:rsidR="00B379D2" w:rsidRPr="00BC3DC9" w:rsidRDefault="00D03917">
            <w:pPr>
              <w:spacing w:after="0"/>
            </w:pPr>
            <w:r w:rsidRPr="00BC3DC9">
              <w:t>4 990 ₽</w:t>
            </w:r>
          </w:p>
        </w:tc>
        <w:tc>
          <w:tcPr>
            <w:tcW w:w="1972" w:type="dxa"/>
            <w:vAlign w:val="center"/>
          </w:tcPr>
          <w:p w:rsidR="00B379D2" w:rsidRPr="00BC3DC9" w:rsidRDefault="00D03917">
            <w:pPr>
              <w:spacing w:after="0"/>
            </w:pPr>
            <w:r w:rsidRPr="00BC3DC9">
              <w:t>5 990 ₽</w:t>
            </w:r>
          </w:p>
        </w:tc>
        <w:tc>
          <w:tcPr>
            <w:tcW w:w="1972" w:type="dxa"/>
            <w:vAlign w:val="center"/>
          </w:tcPr>
          <w:p w:rsidR="00B379D2" w:rsidRPr="00BC3DC9" w:rsidRDefault="00D03917">
            <w:pPr>
              <w:spacing w:after="0"/>
            </w:pPr>
            <w:r w:rsidRPr="00BC3DC9">
              <w:t>7 190 ₽</w:t>
            </w:r>
          </w:p>
        </w:tc>
        <w:tc>
          <w:tcPr>
            <w:tcW w:w="1972" w:type="dxa"/>
            <w:vAlign w:val="center"/>
          </w:tcPr>
          <w:p w:rsidR="00B379D2" w:rsidRPr="00BC3DC9" w:rsidRDefault="00D03917">
            <w:pPr>
              <w:spacing w:after="0"/>
            </w:pPr>
            <w:r w:rsidRPr="00BC3DC9">
              <w:t>8 690 ₽</w:t>
            </w:r>
          </w:p>
        </w:tc>
      </w:tr>
    </w:tbl>
    <w:p w:rsidR="00B379D2" w:rsidRPr="00BC3DC9" w:rsidRDefault="00D03917" w:rsidP="00BC3DC9">
      <w:pPr>
        <w:spacing w:before="240"/>
        <w:rPr>
          <w:lang w:val="ru-RU"/>
        </w:rPr>
      </w:pPr>
      <w:r w:rsidRPr="00BC3DC9">
        <w:rPr>
          <w:lang w:val="ru-RU"/>
        </w:rPr>
        <w:t>7.5. Возврат стартового взноса не предусмотрен. Допускается только обмен/передача слота другому участнику в установленный срок.</w:t>
      </w:r>
    </w:p>
    <w:p w:rsidR="00B379D2" w:rsidRPr="00BC3DC9" w:rsidRDefault="00D03917">
      <w:pPr>
        <w:rPr>
          <w:lang w:val="ru-RU"/>
        </w:rPr>
      </w:pPr>
      <w:r w:rsidRPr="00BC3DC9">
        <w:rPr>
          <w:lang w:val="ru-RU"/>
        </w:rPr>
        <w:t>7.6. Передача слота другому участнику возможна до 18 июля 2027 года в</w:t>
      </w:r>
      <w:r w:rsidRPr="00BC3DC9">
        <w:rPr>
          <w:lang w:val="ru-RU"/>
        </w:rPr>
        <w:t>ключительно, до 23:59. Для оформления передачи необходимо связаться с организаторами по указанным контактам.</w:t>
      </w:r>
    </w:p>
    <w:p w:rsidR="00B379D2" w:rsidRPr="00BC3DC9" w:rsidRDefault="00D03917">
      <w:pPr>
        <w:rPr>
          <w:lang w:val="ru-RU"/>
        </w:rPr>
      </w:pPr>
      <w:r w:rsidRPr="00BC3DC9">
        <w:rPr>
          <w:lang w:val="ru-RU"/>
        </w:rPr>
        <w:lastRenderedPageBreak/>
        <w:t xml:space="preserve">7.7. Смена дистанции возможна до 18 июля 2027 года включительно, до 23:59. При переходе на более дорогую дистанцию участник доплачивает разницу в </w:t>
      </w:r>
      <w:r w:rsidRPr="00BC3DC9">
        <w:rPr>
          <w:lang w:val="ru-RU"/>
        </w:rPr>
        <w:t>стоимости. При переходе на более дешёвую дистанцию разница не возвращается.</w:t>
      </w:r>
    </w:p>
    <w:p w:rsidR="00B379D2" w:rsidRPr="00BC3DC9" w:rsidRDefault="00D03917">
      <w:pPr>
        <w:rPr>
          <w:lang w:val="ru-RU"/>
        </w:rPr>
      </w:pPr>
      <w:r w:rsidRPr="00BC3DC9">
        <w:rPr>
          <w:lang w:val="ru-RU"/>
        </w:rPr>
        <w:t>7.8. Место и время выдачи стартовых пакетов будут объявлены дополнительно.</w:t>
      </w:r>
    </w:p>
    <w:p w:rsidR="00B379D2" w:rsidRPr="00BC3DC9" w:rsidRDefault="00D03917">
      <w:pPr>
        <w:pStyle w:val="1"/>
        <w:rPr>
          <w:lang w:val="ru-RU"/>
        </w:rPr>
      </w:pPr>
      <w:r w:rsidRPr="00BC3DC9">
        <w:rPr>
          <w:lang w:val="ru-RU"/>
        </w:rPr>
        <w:t>8. Награждение</w:t>
      </w:r>
    </w:p>
    <w:p w:rsidR="00B379D2" w:rsidRPr="00BC3DC9" w:rsidRDefault="00D03917">
      <w:pPr>
        <w:rPr>
          <w:lang w:val="ru-RU"/>
        </w:rPr>
      </w:pPr>
      <w:r w:rsidRPr="00BC3DC9">
        <w:rPr>
          <w:lang w:val="ru-RU"/>
        </w:rPr>
        <w:t>8.1. На дистанции 700 м участники 0–6 лет не награждаются по местам.</w:t>
      </w:r>
    </w:p>
    <w:p w:rsidR="00B379D2" w:rsidRPr="00BC3DC9" w:rsidRDefault="00D03917">
      <w:pPr>
        <w:rPr>
          <w:lang w:val="ru-RU"/>
        </w:rPr>
      </w:pPr>
      <w:r w:rsidRPr="00BC3DC9">
        <w:rPr>
          <w:lang w:val="ru-RU"/>
        </w:rPr>
        <w:t>8.2. На дистанции 1 5</w:t>
      </w:r>
      <w:r w:rsidRPr="00BC3DC9">
        <w:rPr>
          <w:lang w:val="ru-RU"/>
        </w:rPr>
        <w:t>00 м награждаются мужчины и женщины в возрастных группах 7–8, 9–10 и 11–12 лет: 1–3 места в каждой группе.</w:t>
      </w:r>
    </w:p>
    <w:p w:rsidR="00B379D2" w:rsidRPr="00BC3DC9" w:rsidRDefault="00D03917">
      <w:pPr>
        <w:rPr>
          <w:lang w:val="ru-RU"/>
        </w:rPr>
      </w:pPr>
      <w:r w:rsidRPr="00BC3DC9">
        <w:rPr>
          <w:lang w:val="ru-RU"/>
        </w:rPr>
        <w:t>8.3. На дистанции 3 км награждаются мужчины и женщины в возрастных группах 13–14, 15–16 и 17–18 лет: 1–3 места в каждой группе. Взрослые участники до</w:t>
      </w:r>
      <w:r w:rsidRPr="00BC3DC9">
        <w:rPr>
          <w:lang w:val="ru-RU"/>
        </w:rPr>
        <w:t>пускаются без отдельной возрастной наградной группы.</w:t>
      </w:r>
    </w:p>
    <w:p w:rsidR="00B379D2" w:rsidRPr="00BC3DC9" w:rsidRDefault="00D03917">
      <w:pPr>
        <w:rPr>
          <w:lang w:val="ru-RU"/>
        </w:rPr>
      </w:pPr>
      <w:r w:rsidRPr="00BC3DC9">
        <w:rPr>
          <w:lang w:val="ru-RU"/>
        </w:rPr>
        <w:t>8.4. На дистанции 10 км награждаются мужчины и женщины в возрастных группах 18–29, 30–39, 40–49, 50–59 и 60 лет и старше: 1–3 места в каждой группе. Отдельный абсолютный зачёт на этой дистанции не предус</w:t>
      </w:r>
      <w:r w:rsidRPr="00BC3DC9">
        <w:rPr>
          <w:lang w:val="ru-RU"/>
        </w:rPr>
        <w:t>мотрен.</w:t>
      </w:r>
    </w:p>
    <w:p w:rsidR="00B379D2" w:rsidRPr="00BC3DC9" w:rsidRDefault="00D03917">
      <w:pPr>
        <w:rPr>
          <w:lang w:val="ru-RU"/>
        </w:rPr>
      </w:pPr>
      <w:r w:rsidRPr="00BC3DC9">
        <w:rPr>
          <w:lang w:val="ru-RU"/>
        </w:rPr>
        <w:t>8.5. На дистанции 30 км награждаются мужчины и женщины в абсолютном зачёте за 1–3 места, а также в возрастных группах 18–29, 30–34, 35–39, 40–44, 45–49, 50–54, 55–59 и 60 лет и старше за 1–3 места.</w:t>
      </w:r>
    </w:p>
    <w:p w:rsidR="00B379D2" w:rsidRPr="00BC3DC9" w:rsidRDefault="00D03917">
      <w:pPr>
        <w:rPr>
          <w:lang w:val="ru-RU"/>
        </w:rPr>
      </w:pPr>
      <w:r w:rsidRPr="00BC3DC9">
        <w:rPr>
          <w:lang w:val="ru-RU"/>
        </w:rPr>
        <w:t>8.6. Если участник занимает призовое место и в абс</w:t>
      </w:r>
      <w:r w:rsidRPr="00BC3DC9">
        <w:rPr>
          <w:lang w:val="ru-RU"/>
        </w:rPr>
        <w:t>олютном зачёте, и в возрастной группе на дистанции 30 км, он награждается дважды.</w:t>
      </w:r>
    </w:p>
    <w:p w:rsidR="00B379D2" w:rsidRPr="00BC3DC9" w:rsidRDefault="00D03917">
      <w:pPr>
        <w:rPr>
          <w:lang w:val="ru-RU"/>
        </w:rPr>
      </w:pPr>
      <w:r w:rsidRPr="00BC3DC9">
        <w:rPr>
          <w:lang w:val="ru-RU"/>
        </w:rPr>
        <w:t>8.7. В эстафете награждаются команды, занявшие 1–3 места.</w:t>
      </w:r>
    </w:p>
    <w:p w:rsidR="00B379D2" w:rsidRPr="00BC3DC9" w:rsidRDefault="00D03917">
      <w:pPr>
        <w:rPr>
          <w:lang w:val="ru-RU"/>
        </w:rPr>
      </w:pPr>
      <w:r w:rsidRPr="00BC3DC9">
        <w:rPr>
          <w:lang w:val="ru-RU"/>
        </w:rPr>
        <w:t>8.8. Все участники, завершившие свою дистанцию, получают медаль финишёра.</w:t>
      </w:r>
    </w:p>
    <w:p w:rsidR="00B379D2" w:rsidRPr="00BC3DC9" w:rsidRDefault="00D03917">
      <w:pPr>
        <w:pStyle w:val="1"/>
        <w:rPr>
          <w:lang w:val="ru-RU"/>
        </w:rPr>
      </w:pPr>
      <w:r w:rsidRPr="00BC3DC9">
        <w:rPr>
          <w:lang w:val="ru-RU"/>
        </w:rPr>
        <w:t>9. Протесты и результаты</w:t>
      </w:r>
    </w:p>
    <w:p w:rsidR="00B379D2" w:rsidRPr="00BC3DC9" w:rsidRDefault="00D03917">
      <w:pPr>
        <w:rPr>
          <w:lang w:val="ru-RU"/>
        </w:rPr>
      </w:pPr>
      <w:r w:rsidRPr="00BC3DC9">
        <w:rPr>
          <w:lang w:val="ru-RU"/>
        </w:rPr>
        <w:t xml:space="preserve">9.1. Протест по </w:t>
      </w:r>
      <w:r w:rsidRPr="00BC3DC9">
        <w:rPr>
          <w:lang w:val="ru-RU"/>
        </w:rPr>
        <w:t>результату или нарушению правил может быть подан главному судье в течение 15 минут с момента финиша конкретного участника, в отношении результата которого подаётся протест.</w:t>
      </w:r>
    </w:p>
    <w:p w:rsidR="00B379D2" w:rsidRPr="00BC3DC9" w:rsidRDefault="00D03917">
      <w:pPr>
        <w:rPr>
          <w:lang w:val="ru-RU"/>
        </w:rPr>
      </w:pPr>
      <w:r w:rsidRPr="00BC3DC9">
        <w:rPr>
          <w:lang w:val="ru-RU"/>
        </w:rPr>
        <w:t>9.2. Результаты формируются по данным системы хронометража и решениям главной судей</w:t>
      </w:r>
      <w:r w:rsidRPr="00BC3DC9">
        <w:rPr>
          <w:lang w:val="ru-RU"/>
        </w:rPr>
        <w:t>ской коллегии.</w:t>
      </w:r>
    </w:p>
    <w:p w:rsidR="00B379D2" w:rsidRPr="00BC3DC9" w:rsidRDefault="00D03917">
      <w:pPr>
        <w:pStyle w:val="1"/>
        <w:rPr>
          <w:lang w:val="ru-RU"/>
        </w:rPr>
      </w:pPr>
      <w:r w:rsidRPr="00BC3DC9">
        <w:rPr>
          <w:lang w:val="ru-RU"/>
        </w:rPr>
        <w:t>10. Финансирование</w:t>
      </w:r>
    </w:p>
    <w:p w:rsidR="00B379D2" w:rsidRPr="00BC3DC9" w:rsidRDefault="00D03917">
      <w:pPr>
        <w:rPr>
          <w:lang w:val="ru-RU"/>
        </w:rPr>
      </w:pPr>
      <w:r w:rsidRPr="00BC3DC9">
        <w:rPr>
          <w:lang w:val="ru-RU"/>
        </w:rPr>
        <w:t>10.1. Расходы на проведение Соревнований покрываются за счёт стартовых взносов и поддержки партнёров.</w:t>
      </w:r>
    </w:p>
    <w:p w:rsidR="00B379D2" w:rsidRPr="00BC3DC9" w:rsidRDefault="00D03917">
      <w:pPr>
        <w:pStyle w:val="1"/>
        <w:rPr>
          <w:lang w:val="ru-RU"/>
        </w:rPr>
      </w:pPr>
      <w:r w:rsidRPr="00BC3DC9">
        <w:rPr>
          <w:lang w:val="ru-RU"/>
        </w:rPr>
        <w:t>11. Медицинское обеспечение и безопасность</w:t>
      </w:r>
    </w:p>
    <w:p w:rsidR="00B379D2" w:rsidRPr="00BC3DC9" w:rsidRDefault="00D03917">
      <w:pPr>
        <w:rPr>
          <w:lang w:val="ru-RU"/>
        </w:rPr>
      </w:pPr>
      <w:r w:rsidRPr="00BC3DC9">
        <w:rPr>
          <w:lang w:val="ru-RU"/>
        </w:rPr>
        <w:t>11.1. Организаторы предусматривают медицинское обеспечение в стартовом городк</w:t>
      </w:r>
      <w:r w:rsidRPr="00BC3DC9">
        <w:rPr>
          <w:lang w:val="ru-RU"/>
        </w:rPr>
        <w:t>е. Конкретная схема медицинского сопровождения трасс будет определена при подготовке Соревнований.</w:t>
      </w:r>
    </w:p>
    <w:p w:rsidR="00B379D2" w:rsidRPr="00BC3DC9" w:rsidRDefault="00D03917">
      <w:pPr>
        <w:rPr>
          <w:lang w:val="ru-RU"/>
        </w:rPr>
      </w:pPr>
      <w:r w:rsidRPr="00BC3DC9">
        <w:rPr>
          <w:lang w:val="ru-RU"/>
        </w:rPr>
        <w:t>11.2. Участники обязаны соблюдать правила безопасности и указания организаторов, судей и медицинского персонала.</w:t>
      </w:r>
    </w:p>
    <w:p w:rsidR="00B379D2" w:rsidRPr="00BC3DC9" w:rsidRDefault="00D03917">
      <w:pPr>
        <w:pStyle w:val="1"/>
        <w:rPr>
          <w:lang w:val="ru-RU"/>
        </w:rPr>
      </w:pPr>
      <w:r w:rsidRPr="00BC3DC9">
        <w:rPr>
          <w:lang w:val="ru-RU"/>
        </w:rPr>
        <w:t>12. Предварительная программа мероприятия</w:t>
      </w:r>
    </w:p>
    <w:p w:rsidR="00B379D2" w:rsidRDefault="00D03917">
      <w:pPr>
        <w:rPr>
          <w:lang w:val="ru-RU"/>
        </w:rPr>
      </w:pPr>
      <w:r w:rsidRPr="00BC3DC9">
        <w:rPr>
          <w:lang w:val="ru-RU"/>
        </w:rPr>
        <w:t>12</w:t>
      </w:r>
      <w:r w:rsidRPr="00BC3DC9">
        <w:rPr>
          <w:lang w:val="ru-RU"/>
        </w:rPr>
        <w:t>.1. Время стартов является предварительным и может быть изменено организаторами.</w:t>
      </w:r>
    </w:p>
    <w:p w:rsidR="00BC3DC9" w:rsidRDefault="00BC3DC9">
      <w:pPr>
        <w:rPr>
          <w:lang w:val="ru-RU"/>
        </w:rPr>
      </w:pPr>
    </w:p>
    <w:p w:rsidR="00BC3DC9" w:rsidRPr="00BC3DC9" w:rsidRDefault="00BC3DC9">
      <w:pPr>
        <w:rPr>
          <w:lang w:val="ru-RU"/>
        </w:rPr>
      </w:pP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843"/>
        <w:gridCol w:w="8015"/>
      </w:tblGrid>
      <w:tr w:rsidR="00B379D2" w:rsidTr="00BC3DC9">
        <w:trPr>
          <w:jc w:val="center"/>
        </w:trPr>
        <w:tc>
          <w:tcPr>
            <w:tcW w:w="1843" w:type="dxa"/>
            <w:shd w:val="clear" w:color="auto" w:fill="DCE8DF"/>
            <w:vAlign w:val="center"/>
          </w:tcPr>
          <w:p w:rsidR="00B379D2" w:rsidRPr="00BC3DC9" w:rsidRDefault="00D03917">
            <w:pPr>
              <w:spacing w:after="0"/>
            </w:pPr>
            <w:proofErr w:type="spellStart"/>
            <w:r w:rsidRPr="00BC3DC9">
              <w:rPr>
                <w:b/>
              </w:rPr>
              <w:lastRenderedPageBreak/>
              <w:t>Время</w:t>
            </w:r>
            <w:proofErr w:type="spellEnd"/>
          </w:p>
        </w:tc>
        <w:tc>
          <w:tcPr>
            <w:tcW w:w="8015" w:type="dxa"/>
            <w:shd w:val="clear" w:color="auto" w:fill="DCE8DF"/>
            <w:vAlign w:val="center"/>
          </w:tcPr>
          <w:p w:rsidR="00B379D2" w:rsidRPr="00BC3DC9" w:rsidRDefault="00B379D2">
            <w:pPr>
              <w:spacing w:after="0"/>
            </w:pPr>
          </w:p>
        </w:tc>
      </w:tr>
      <w:tr w:rsidR="00BC3DC9" w:rsidTr="00BC3DC9">
        <w:trPr>
          <w:jc w:val="center"/>
        </w:trPr>
        <w:tc>
          <w:tcPr>
            <w:tcW w:w="1843" w:type="dxa"/>
            <w:vAlign w:val="center"/>
          </w:tcPr>
          <w:p w:rsidR="00BC3DC9" w:rsidRPr="00BC3DC9" w:rsidRDefault="00BC3DC9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8:00 – 9:30</w:t>
            </w:r>
          </w:p>
        </w:tc>
        <w:tc>
          <w:tcPr>
            <w:tcW w:w="8015" w:type="dxa"/>
            <w:vAlign w:val="center"/>
          </w:tcPr>
          <w:p w:rsidR="00BC3DC9" w:rsidRPr="00BC3DC9" w:rsidRDefault="00BC3DC9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Выдача стартовых пакетов</w:t>
            </w:r>
          </w:p>
        </w:tc>
      </w:tr>
      <w:tr w:rsidR="00D03917" w:rsidTr="00BC3DC9">
        <w:trPr>
          <w:jc w:val="center"/>
        </w:trPr>
        <w:tc>
          <w:tcPr>
            <w:tcW w:w="1843" w:type="dxa"/>
            <w:vAlign w:val="center"/>
          </w:tcPr>
          <w:p w:rsidR="00D03917" w:rsidRDefault="00D03917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9:00</w:t>
            </w:r>
          </w:p>
        </w:tc>
        <w:tc>
          <w:tcPr>
            <w:tcW w:w="8015" w:type="dxa"/>
            <w:vAlign w:val="center"/>
          </w:tcPr>
          <w:p w:rsidR="00D03917" w:rsidRDefault="00D03917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Открытие развлекательных площадок</w:t>
            </w:r>
          </w:p>
        </w:tc>
      </w:tr>
      <w:tr w:rsidR="00BC3DC9" w:rsidTr="00BC3DC9">
        <w:trPr>
          <w:jc w:val="center"/>
        </w:trPr>
        <w:tc>
          <w:tcPr>
            <w:tcW w:w="1843" w:type="dxa"/>
            <w:vAlign w:val="center"/>
          </w:tcPr>
          <w:p w:rsidR="00BC3DC9" w:rsidRDefault="00BC3DC9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9:30</w:t>
            </w:r>
          </w:p>
        </w:tc>
        <w:tc>
          <w:tcPr>
            <w:tcW w:w="8015" w:type="dxa"/>
            <w:vAlign w:val="center"/>
          </w:tcPr>
          <w:p w:rsidR="00BC3DC9" w:rsidRDefault="00BC3DC9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Официальное открытие мероприятия</w:t>
            </w:r>
          </w:p>
        </w:tc>
      </w:tr>
      <w:tr w:rsidR="00D03917" w:rsidTr="00BC3DC9">
        <w:trPr>
          <w:jc w:val="center"/>
        </w:trPr>
        <w:tc>
          <w:tcPr>
            <w:tcW w:w="1843" w:type="dxa"/>
            <w:vAlign w:val="center"/>
          </w:tcPr>
          <w:p w:rsidR="00D03917" w:rsidRDefault="00D03917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9:50</w:t>
            </w:r>
          </w:p>
        </w:tc>
        <w:tc>
          <w:tcPr>
            <w:tcW w:w="8015" w:type="dxa"/>
            <w:vAlign w:val="center"/>
          </w:tcPr>
          <w:p w:rsidR="00D03917" w:rsidRDefault="00D03917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Разминка участников</w:t>
            </w:r>
          </w:p>
        </w:tc>
      </w:tr>
      <w:tr w:rsidR="00B379D2" w:rsidRPr="00D03917" w:rsidTr="00BC3DC9">
        <w:trPr>
          <w:jc w:val="center"/>
        </w:trPr>
        <w:tc>
          <w:tcPr>
            <w:tcW w:w="1843" w:type="dxa"/>
            <w:vAlign w:val="center"/>
          </w:tcPr>
          <w:p w:rsidR="00B379D2" w:rsidRPr="00BC3DC9" w:rsidRDefault="00D03917">
            <w:pPr>
              <w:spacing w:after="0"/>
            </w:pPr>
            <w:r w:rsidRPr="00BC3DC9">
              <w:t>10:00</w:t>
            </w:r>
          </w:p>
        </w:tc>
        <w:tc>
          <w:tcPr>
            <w:tcW w:w="8015" w:type="dxa"/>
            <w:vAlign w:val="center"/>
          </w:tcPr>
          <w:p w:rsidR="00B379D2" w:rsidRPr="00D03917" w:rsidRDefault="00D03917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Старт </w:t>
            </w:r>
            <w:r w:rsidRPr="00D03917">
              <w:rPr>
                <w:lang w:val="ru-RU"/>
              </w:rPr>
              <w:t>30 км и эстафета 3×10 км</w:t>
            </w:r>
          </w:p>
        </w:tc>
      </w:tr>
      <w:tr w:rsidR="00B379D2" w:rsidRPr="00BC3DC9" w:rsidTr="00BC3DC9">
        <w:trPr>
          <w:jc w:val="center"/>
        </w:trPr>
        <w:tc>
          <w:tcPr>
            <w:tcW w:w="1843" w:type="dxa"/>
            <w:vAlign w:val="center"/>
          </w:tcPr>
          <w:p w:rsidR="00B379D2" w:rsidRPr="00BC3DC9" w:rsidRDefault="00D03917">
            <w:pPr>
              <w:spacing w:after="0"/>
            </w:pPr>
            <w:r w:rsidRPr="00BC3DC9">
              <w:t>10:05</w:t>
            </w:r>
          </w:p>
        </w:tc>
        <w:tc>
          <w:tcPr>
            <w:tcW w:w="8015" w:type="dxa"/>
            <w:vAlign w:val="center"/>
          </w:tcPr>
          <w:p w:rsidR="00B379D2" w:rsidRPr="00BC3DC9" w:rsidRDefault="00D03917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Старт </w:t>
            </w:r>
            <w:r w:rsidRPr="00BC3DC9">
              <w:rPr>
                <w:lang w:val="ru-RU"/>
              </w:rPr>
              <w:t>детский забег 700 м — участники 0–6 лет</w:t>
            </w:r>
          </w:p>
        </w:tc>
      </w:tr>
      <w:tr w:rsidR="00B379D2" w:rsidRPr="00BC3DC9" w:rsidTr="00BC3DC9">
        <w:trPr>
          <w:jc w:val="center"/>
        </w:trPr>
        <w:tc>
          <w:tcPr>
            <w:tcW w:w="1843" w:type="dxa"/>
            <w:vAlign w:val="center"/>
          </w:tcPr>
          <w:p w:rsidR="00B379D2" w:rsidRPr="00BC3DC9" w:rsidRDefault="00D03917">
            <w:pPr>
              <w:spacing w:after="0"/>
            </w:pPr>
            <w:r w:rsidRPr="00BC3DC9">
              <w:t>10:10</w:t>
            </w:r>
          </w:p>
        </w:tc>
        <w:tc>
          <w:tcPr>
            <w:tcW w:w="8015" w:type="dxa"/>
            <w:vAlign w:val="center"/>
          </w:tcPr>
          <w:p w:rsidR="00B379D2" w:rsidRPr="00BC3DC9" w:rsidRDefault="00D03917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Старт </w:t>
            </w:r>
            <w:r w:rsidRPr="00BC3DC9">
              <w:rPr>
                <w:lang w:val="ru-RU"/>
              </w:rPr>
              <w:t>детский забег 1 500 м — участники 7–12 лет</w:t>
            </w:r>
          </w:p>
        </w:tc>
      </w:tr>
      <w:tr w:rsidR="00B379D2" w:rsidTr="00BC3DC9">
        <w:trPr>
          <w:jc w:val="center"/>
        </w:trPr>
        <w:tc>
          <w:tcPr>
            <w:tcW w:w="1843" w:type="dxa"/>
            <w:vAlign w:val="center"/>
          </w:tcPr>
          <w:p w:rsidR="00B379D2" w:rsidRPr="00BC3DC9" w:rsidRDefault="00D03917">
            <w:pPr>
              <w:spacing w:after="0"/>
            </w:pPr>
            <w:r w:rsidRPr="00BC3DC9">
              <w:t>10:15</w:t>
            </w:r>
          </w:p>
        </w:tc>
        <w:tc>
          <w:tcPr>
            <w:tcW w:w="8015" w:type="dxa"/>
            <w:vAlign w:val="center"/>
          </w:tcPr>
          <w:p w:rsidR="00B379D2" w:rsidRPr="00BC3DC9" w:rsidRDefault="00D03917">
            <w:pPr>
              <w:spacing w:after="0"/>
            </w:pPr>
            <w:r>
              <w:rPr>
                <w:lang w:val="ru-RU"/>
              </w:rPr>
              <w:t xml:space="preserve">Старт </w:t>
            </w:r>
            <w:proofErr w:type="spellStart"/>
            <w:r w:rsidRPr="00BC3DC9">
              <w:t>старт</w:t>
            </w:r>
            <w:proofErr w:type="spellEnd"/>
            <w:r w:rsidRPr="00BC3DC9">
              <w:t xml:space="preserve"> </w:t>
            </w:r>
            <w:proofErr w:type="spellStart"/>
            <w:r w:rsidRPr="00BC3DC9">
              <w:t>на</w:t>
            </w:r>
            <w:proofErr w:type="spellEnd"/>
            <w:r w:rsidRPr="00BC3DC9">
              <w:t xml:space="preserve"> 3 </w:t>
            </w:r>
            <w:proofErr w:type="spellStart"/>
            <w:r w:rsidRPr="00BC3DC9">
              <w:t>км</w:t>
            </w:r>
            <w:proofErr w:type="spellEnd"/>
          </w:p>
        </w:tc>
      </w:tr>
      <w:tr w:rsidR="00B379D2" w:rsidTr="00BC3DC9">
        <w:trPr>
          <w:jc w:val="center"/>
        </w:trPr>
        <w:tc>
          <w:tcPr>
            <w:tcW w:w="1843" w:type="dxa"/>
            <w:vAlign w:val="center"/>
          </w:tcPr>
          <w:p w:rsidR="00B379D2" w:rsidRPr="00BC3DC9" w:rsidRDefault="00D03917">
            <w:pPr>
              <w:spacing w:after="0"/>
            </w:pPr>
            <w:r w:rsidRPr="00BC3DC9">
              <w:t>10:20</w:t>
            </w:r>
          </w:p>
        </w:tc>
        <w:tc>
          <w:tcPr>
            <w:tcW w:w="8015" w:type="dxa"/>
            <w:vAlign w:val="center"/>
          </w:tcPr>
          <w:p w:rsidR="00B379D2" w:rsidRPr="00BC3DC9" w:rsidRDefault="00D03917">
            <w:pPr>
              <w:spacing w:after="0"/>
            </w:pPr>
            <w:r>
              <w:rPr>
                <w:lang w:val="ru-RU"/>
              </w:rPr>
              <w:t xml:space="preserve">Старт </w:t>
            </w:r>
            <w:proofErr w:type="spellStart"/>
            <w:r w:rsidRPr="00BC3DC9">
              <w:t>старт</w:t>
            </w:r>
            <w:proofErr w:type="spellEnd"/>
            <w:r w:rsidRPr="00BC3DC9">
              <w:t xml:space="preserve"> </w:t>
            </w:r>
            <w:proofErr w:type="spellStart"/>
            <w:r w:rsidRPr="00BC3DC9">
              <w:t>на</w:t>
            </w:r>
            <w:proofErr w:type="spellEnd"/>
            <w:r w:rsidRPr="00BC3DC9">
              <w:t xml:space="preserve"> 10 </w:t>
            </w:r>
            <w:proofErr w:type="spellStart"/>
            <w:r w:rsidRPr="00BC3DC9">
              <w:t>км</w:t>
            </w:r>
            <w:proofErr w:type="spellEnd"/>
          </w:p>
        </w:tc>
      </w:tr>
      <w:tr w:rsidR="00D03917" w:rsidTr="00BC3DC9">
        <w:trPr>
          <w:jc w:val="center"/>
        </w:trPr>
        <w:tc>
          <w:tcPr>
            <w:tcW w:w="1843" w:type="dxa"/>
            <w:vAlign w:val="center"/>
          </w:tcPr>
          <w:p w:rsidR="00D03917" w:rsidRDefault="00D03917" w:rsidP="00D03917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11:00</w:t>
            </w:r>
          </w:p>
        </w:tc>
        <w:tc>
          <w:tcPr>
            <w:tcW w:w="8015" w:type="dxa"/>
            <w:vAlign w:val="center"/>
          </w:tcPr>
          <w:p w:rsidR="00D03917" w:rsidRDefault="00D03917" w:rsidP="00D03917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Награждение дистанций 1.5км, 3км</w:t>
            </w:r>
          </w:p>
        </w:tc>
      </w:tr>
      <w:tr w:rsidR="00D03917" w:rsidTr="00BC3DC9">
        <w:trPr>
          <w:jc w:val="center"/>
        </w:trPr>
        <w:tc>
          <w:tcPr>
            <w:tcW w:w="1843" w:type="dxa"/>
            <w:vAlign w:val="center"/>
          </w:tcPr>
          <w:p w:rsidR="00D03917" w:rsidRDefault="00D03917" w:rsidP="00D03917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12:00</w:t>
            </w:r>
          </w:p>
        </w:tc>
        <w:tc>
          <w:tcPr>
            <w:tcW w:w="8015" w:type="dxa"/>
            <w:vAlign w:val="center"/>
          </w:tcPr>
          <w:p w:rsidR="00D03917" w:rsidRDefault="00D03917" w:rsidP="00D03917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Награждение дистанции 10км</w:t>
            </w:r>
          </w:p>
        </w:tc>
      </w:tr>
      <w:tr w:rsidR="00D03917" w:rsidRPr="00D03917" w:rsidTr="00BC3DC9">
        <w:trPr>
          <w:jc w:val="center"/>
        </w:trPr>
        <w:tc>
          <w:tcPr>
            <w:tcW w:w="1843" w:type="dxa"/>
            <w:vAlign w:val="center"/>
          </w:tcPr>
          <w:p w:rsidR="00D03917" w:rsidRDefault="00D03917" w:rsidP="00D03917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13:00</w:t>
            </w:r>
          </w:p>
        </w:tc>
        <w:tc>
          <w:tcPr>
            <w:tcW w:w="8015" w:type="dxa"/>
            <w:vAlign w:val="center"/>
          </w:tcPr>
          <w:p w:rsidR="00D03917" w:rsidRDefault="00D03917" w:rsidP="00D03917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Награждение дистанции 30км и эстафеты</w:t>
            </w:r>
          </w:p>
        </w:tc>
      </w:tr>
    </w:tbl>
    <w:p w:rsidR="00B379D2" w:rsidRPr="00BC3DC9" w:rsidRDefault="00D03917">
      <w:pPr>
        <w:rPr>
          <w:lang w:val="ru-RU"/>
        </w:rPr>
      </w:pPr>
      <w:r w:rsidRPr="00BC3DC9">
        <w:rPr>
          <w:lang w:val="ru-RU"/>
        </w:rPr>
        <w:t xml:space="preserve">12.2. Время награждения и другие элементы программы </w:t>
      </w:r>
      <w:r>
        <w:rPr>
          <w:lang w:val="ru-RU"/>
        </w:rPr>
        <w:t>могут</w:t>
      </w:r>
      <w:r w:rsidRPr="00BC3DC9">
        <w:rPr>
          <w:lang w:val="ru-RU"/>
        </w:rPr>
        <w:t xml:space="preserve"> </w:t>
      </w:r>
      <w:r>
        <w:rPr>
          <w:lang w:val="ru-RU"/>
        </w:rPr>
        <w:t>измениться</w:t>
      </w:r>
      <w:r w:rsidRPr="00BC3DC9">
        <w:rPr>
          <w:lang w:val="ru-RU"/>
        </w:rPr>
        <w:t>.</w:t>
      </w:r>
    </w:p>
    <w:p w:rsidR="00B379D2" w:rsidRPr="00BC3DC9" w:rsidRDefault="00D03917">
      <w:pPr>
        <w:pStyle w:val="1"/>
        <w:rPr>
          <w:lang w:val="ru-RU"/>
        </w:rPr>
      </w:pPr>
      <w:r w:rsidRPr="00BC3DC9">
        <w:rPr>
          <w:lang w:val="ru-RU"/>
        </w:rPr>
        <w:t>13. Контактная информация</w:t>
      </w:r>
    </w:p>
    <w:p w:rsidR="00B379D2" w:rsidRPr="00BC3DC9" w:rsidRDefault="00D03917">
      <w:pPr>
        <w:rPr>
          <w:lang w:val="ru-RU"/>
        </w:rPr>
      </w:pPr>
      <w:r w:rsidRPr="00BC3DC9">
        <w:rPr>
          <w:lang w:val="ru-RU"/>
        </w:rPr>
        <w:t>Организатор: Сообщество любителей спорта Югры.</w:t>
      </w:r>
    </w:p>
    <w:p w:rsidR="00B379D2" w:rsidRPr="00BC3DC9" w:rsidRDefault="00D03917">
      <w:pPr>
        <w:rPr>
          <w:lang w:val="ru-RU"/>
        </w:rPr>
      </w:pPr>
      <w:r w:rsidRPr="00BC3DC9">
        <w:rPr>
          <w:lang w:val="ru-RU"/>
        </w:rPr>
        <w:t>Главный судья: Строителев Федор Юрьевич.</w:t>
      </w:r>
    </w:p>
    <w:p w:rsidR="00B379D2" w:rsidRPr="00BC3DC9" w:rsidRDefault="00D03917">
      <w:pPr>
        <w:rPr>
          <w:lang w:val="ru-RU"/>
        </w:rPr>
      </w:pPr>
      <w:r w:rsidRPr="00BC3DC9">
        <w:rPr>
          <w:lang w:val="ru-RU"/>
        </w:rPr>
        <w:t>Телефон: 8 982 157-54-59.</w:t>
      </w:r>
    </w:p>
    <w:p w:rsidR="00B379D2" w:rsidRDefault="00D03917">
      <w:pPr>
        <w:rPr>
          <w:lang w:val="ru-RU"/>
        </w:rPr>
      </w:pPr>
      <w:r w:rsidRPr="00BC3DC9">
        <w:rPr>
          <w:lang w:val="ru-RU"/>
        </w:rPr>
        <w:t xml:space="preserve">Электронная почта: </w:t>
      </w:r>
      <w:hyperlink r:id="rId6" w:history="1">
        <w:r w:rsidRPr="00716943">
          <w:rPr>
            <w:rStyle w:val="aff8"/>
            <w:lang w:val="ru-RU"/>
          </w:rPr>
          <w:t>89821575459@</w:t>
        </w:r>
        <w:r w:rsidRPr="00716943">
          <w:rPr>
            <w:rStyle w:val="aff8"/>
          </w:rPr>
          <w:t>ya</w:t>
        </w:r>
        <w:r w:rsidRPr="00716943">
          <w:rPr>
            <w:rStyle w:val="aff8"/>
            <w:lang w:val="ru-RU"/>
          </w:rPr>
          <w:t>.</w:t>
        </w:r>
        <w:r w:rsidRPr="00716943">
          <w:rPr>
            <w:rStyle w:val="aff8"/>
          </w:rPr>
          <w:t>ru</w:t>
        </w:r>
      </w:hyperlink>
      <w:r w:rsidRPr="00BC3DC9">
        <w:rPr>
          <w:lang w:val="ru-RU"/>
        </w:rPr>
        <w:t>.</w:t>
      </w:r>
    </w:p>
    <w:p w:rsidR="00D03917" w:rsidRPr="00BC3DC9" w:rsidRDefault="00D03917">
      <w:pPr>
        <w:rPr>
          <w:lang w:val="ru-RU"/>
        </w:rPr>
      </w:pPr>
    </w:p>
    <w:p w:rsidR="00B379D2" w:rsidRPr="00BC3DC9" w:rsidRDefault="00D03917" w:rsidP="00D03917">
      <w:pPr>
        <w:jc w:val="center"/>
        <w:rPr>
          <w:lang w:val="ru-RU"/>
        </w:rPr>
      </w:pPr>
      <w:r w:rsidRPr="00BC3DC9">
        <w:rPr>
          <w:b/>
          <w:lang w:val="ru-RU"/>
        </w:rPr>
        <w:t>Данное Положение является вызовом на Соревнования.</w:t>
      </w:r>
      <w:bookmarkStart w:id="0" w:name="_GoBack"/>
      <w:bookmarkEnd w:id="0"/>
    </w:p>
    <w:sectPr w:rsidR="00B379D2" w:rsidRPr="00BC3DC9" w:rsidSect="00034616">
      <w:pgSz w:w="12240" w:h="15840"/>
      <w:pgMar w:top="1020" w:right="1134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1D8D"/>
    <w:rsid w:val="00B379D2"/>
    <w:rsid w:val="00B47730"/>
    <w:rsid w:val="00BC3DC9"/>
    <w:rsid w:val="00CB0664"/>
    <w:rsid w:val="00D0391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74AF66"/>
  <w14:defaultImageDpi w14:val="300"/>
  <w15:docId w15:val="{1373A88D-285C-4529-A41D-67B811E67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pPr>
      <w:spacing w:after="80"/>
    </w:pPr>
    <w:rPr>
      <w:rFonts w:ascii="Arial" w:eastAsia="Arial" w:hAnsi="Arial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74E37"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D03917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D039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89821575459@y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77C64E-B130-4E40-8DAA-A8F832485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1187</Words>
  <Characters>6767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7939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2026-10-14T07:52:00Z</dcterms:created>
  <dcterms:modified xsi:type="dcterms:W3CDTF">2026-10-14T07:52:00Z</dcterms:modified>
  <cp:category/>
</cp:coreProperties>
</file>